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ED4A3" w14:textId="44177F95" w:rsidR="00830AB2" w:rsidRPr="00C0035A" w:rsidRDefault="00C0035A" w:rsidP="00C0035A">
      <w:pPr>
        <w:jc w:val="center"/>
        <w:rPr>
          <w:lang w:val="es-ES"/>
        </w:rPr>
      </w:pPr>
      <w:r w:rsidRPr="00066D23">
        <w:rPr>
          <w:b/>
          <w:sz w:val="32"/>
          <w:lang w:val="es-ES"/>
        </w:rPr>
        <w:t xml:space="preserve">Título </w:t>
      </w:r>
      <w:r>
        <w:rPr>
          <w:b/>
          <w:sz w:val="32"/>
          <w:lang w:val="es-ES"/>
        </w:rPr>
        <w:t>d</w:t>
      </w:r>
      <w:r w:rsidRPr="00066D23">
        <w:rPr>
          <w:b/>
          <w:sz w:val="32"/>
          <w:lang w:val="es-ES"/>
        </w:rPr>
        <w:t xml:space="preserve">e </w:t>
      </w:r>
      <w:r>
        <w:rPr>
          <w:b/>
          <w:sz w:val="32"/>
          <w:lang w:val="es-ES"/>
        </w:rPr>
        <w:t>l</w:t>
      </w:r>
      <w:r w:rsidRPr="00066D23">
        <w:rPr>
          <w:b/>
          <w:sz w:val="32"/>
          <w:lang w:val="es-ES"/>
        </w:rPr>
        <w:t xml:space="preserve">a </w:t>
      </w:r>
      <w:r>
        <w:rPr>
          <w:b/>
          <w:sz w:val="32"/>
          <w:lang w:val="es-ES"/>
        </w:rPr>
        <w:t>c</w:t>
      </w:r>
      <w:r w:rsidRPr="00066D23">
        <w:rPr>
          <w:b/>
          <w:sz w:val="32"/>
          <w:lang w:val="es-ES"/>
        </w:rPr>
        <w:t>ontribución</w:t>
      </w:r>
    </w:p>
    <w:p w14:paraId="718039E5" w14:textId="4C630028" w:rsidR="00830AB2" w:rsidRPr="00C0035A" w:rsidRDefault="00C0035A">
      <w:pPr>
        <w:jc w:val="center"/>
        <w:rPr>
          <w:sz w:val="24"/>
          <w:szCs w:val="24"/>
          <w:lang w:val="es-ES"/>
        </w:rPr>
      </w:pPr>
      <w:r>
        <w:rPr>
          <w:i/>
          <w:sz w:val="24"/>
          <w:szCs w:val="24"/>
          <w:lang w:val="es-ES"/>
        </w:rPr>
        <w:t>Autor uno</w:t>
      </w:r>
      <w:r w:rsidRPr="009572A9">
        <w:rPr>
          <w:i/>
          <w:sz w:val="24"/>
          <w:szCs w:val="24"/>
          <w:vertAlign w:val="superscript"/>
          <w:lang w:val="es-ES"/>
        </w:rPr>
        <w:t>1</w:t>
      </w:r>
      <w:r w:rsidRPr="009572A9">
        <w:rPr>
          <w:i/>
          <w:sz w:val="24"/>
          <w:szCs w:val="24"/>
          <w:lang w:val="es-ES"/>
        </w:rPr>
        <w:t>,</w:t>
      </w:r>
      <w:r>
        <w:rPr>
          <w:i/>
          <w:sz w:val="24"/>
          <w:szCs w:val="24"/>
          <w:lang w:val="es-ES"/>
        </w:rPr>
        <w:t xml:space="preserve"> Autor dos</w:t>
      </w:r>
      <w:r>
        <w:rPr>
          <w:i/>
          <w:sz w:val="24"/>
          <w:szCs w:val="24"/>
          <w:vertAlign w:val="superscript"/>
          <w:lang w:val="es-ES"/>
        </w:rPr>
        <w:t>2</w:t>
      </w:r>
      <w:r w:rsidRPr="009572A9">
        <w:rPr>
          <w:i/>
          <w:sz w:val="24"/>
          <w:szCs w:val="24"/>
          <w:lang w:val="es-ES"/>
        </w:rPr>
        <w:t xml:space="preserve">, </w:t>
      </w:r>
      <w:r>
        <w:rPr>
          <w:i/>
          <w:sz w:val="24"/>
          <w:szCs w:val="24"/>
          <w:lang w:val="es-ES"/>
        </w:rPr>
        <w:t>Autor tres</w:t>
      </w:r>
      <w:r w:rsidRPr="00C0035A">
        <w:rPr>
          <w:i/>
          <w:sz w:val="24"/>
          <w:szCs w:val="24"/>
          <w:vertAlign w:val="superscript"/>
          <w:lang w:val="es-ES"/>
        </w:rPr>
        <w:t>3</w:t>
      </w:r>
      <w:r>
        <w:rPr>
          <w:i/>
          <w:sz w:val="24"/>
          <w:szCs w:val="24"/>
          <w:lang w:val="es-ES"/>
        </w:rPr>
        <w:t>, …</w:t>
      </w:r>
    </w:p>
    <w:p w14:paraId="3277B5E6" w14:textId="23BE6E4D" w:rsidR="00FB2C5E" w:rsidRDefault="00000000" w:rsidP="00FB2C5E">
      <w:pPr>
        <w:spacing w:after="120"/>
        <w:jc w:val="center"/>
        <w:rPr>
          <w:i/>
          <w:lang w:val="es-ES"/>
        </w:rPr>
      </w:pPr>
      <w:r>
        <w:rPr>
          <w:i/>
          <w:vertAlign w:val="superscript"/>
          <w:lang w:val="es-ES"/>
        </w:rPr>
        <w:t>1</w:t>
      </w:r>
      <w:r>
        <w:rPr>
          <w:i/>
          <w:lang w:val="es-ES"/>
        </w:rPr>
        <w:t>Departamento</w:t>
      </w:r>
      <w:r w:rsidR="00C0035A">
        <w:rPr>
          <w:i/>
          <w:lang w:val="es-ES"/>
        </w:rPr>
        <w:t>, Institución. Ciudad, País</w:t>
      </w:r>
    </w:p>
    <w:p w14:paraId="133AA264" w14:textId="48B61C95" w:rsidR="00C0035A" w:rsidRDefault="00C0035A" w:rsidP="00C0035A">
      <w:pPr>
        <w:spacing w:after="120"/>
        <w:jc w:val="center"/>
        <w:rPr>
          <w:i/>
          <w:lang w:val="es-ES"/>
        </w:rPr>
      </w:pPr>
      <w:r>
        <w:rPr>
          <w:i/>
          <w:vertAlign w:val="superscript"/>
          <w:lang w:val="es-ES"/>
        </w:rPr>
        <w:t>2</w:t>
      </w:r>
      <w:r>
        <w:rPr>
          <w:i/>
          <w:lang w:val="es-ES"/>
        </w:rPr>
        <w:t>Departamento, Institución. Ciudad, País</w:t>
      </w:r>
    </w:p>
    <w:p w14:paraId="6C1434C5" w14:textId="67552C92" w:rsidR="00FB2C5E" w:rsidRDefault="00A028C5" w:rsidP="00E1263B">
      <w:pPr>
        <w:rPr>
          <w:b/>
          <w:sz w:val="28"/>
          <w:szCs w:val="28"/>
          <w:lang w:val="es-ES"/>
        </w:rPr>
      </w:pPr>
      <w:r>
        <w:pict w14:anchorId="10285761">
          <v:rect id="Horizontal Line 1" o:spid="_x0000_s2052" alt="" style="width:510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#1c5197">
            <o:lock v:ext="edit" rotation="t" aspectratio="t" verticies="t" text="t" shapetype="t"/>
            <w10:anchorlock/>
          </v:rect>
        </w:pict>
      </w:r>
    </w:p>
    <w:p w14:paraId="11ACB09D" w14:textId="5B3BADFA" w:rsidR="00E1263B" w:rsidRPr="009572A9" w:rsidRDefault="00E1263B" w:rsidP="00E1263B">
      <w:pPr>
        <w:rPr>
          <w:sz w:val="28"/>
          <w:szCs w:val="28"/>
          <w:lang w:val="es-ES"/>
        </w:rPr>
      </w:pPr>
      <w:r w:rsidRPr="009572A9">
        <w:rPr>
          <w:b/>
          <w:sz w:val="28"/>
          <w:szCs w:val="28"/>
          <w:lang w:val="es-ES"/>
        </w:rPr>
        <w:t>Resumen</w:t>
      </w:r>
    </w:p>
    <w:p w14:paraId="47EE5F46" w14:textId="0B39D090" w:rsidR="00C0035A" w:rsidRPr="009B2391" w:rsidRDefault="00C0035A" w:rsidP="005B5FB4">
      <w:pPr>
        <w:jc w:val="both"/>
        <w:rPr>
          <w:sz w:val="22"/>
          <w:lang w:val="es-ES"/>
        </w:rPr>
      </w:pPr>
      <w:r w:rsidRPr="00C0035A">
        <w:rPr>
          <w:sz w:val="22"/>
          <w:lang w:val="es-ES"/>
        </w:rPr>
        <w:t>El resumen deberá presentar de manera sintética el contexto y la problemática abordada, destacando su relevancia para la transición energética sostenible. Asimismo, deberá indicar claramente el objetivo principal del trabajo, describir brevemente la metodología empleada, presentar los principales resultados obtenidos y las conclusiones. Finalmente, deberá señalar la principal contribución científica, tecnológica o industrial del estudio y su potencial aplicación.</w:t>
      </w:r>
    </w:p>
    <w:p w14:paraId="5778B81E" w14:textId="0E5F3327" w:rsidR="009B2391" w:rsidRPr="001764C3" w:rsidRDefault="00A028C5" w:rsidP="009B2391">
      <w:pPr>
        <w:rPr>
          <w:b/>
          <w:lang w:val="es-ES"/>
        </w:rPr>
      </w:pPr>
      <w:r>
        <w:pict w14:anchorId="4B0C8813">
          <v:rect id="Horizontal Line 2" o:spid="_x0000_s2051" alt="" style="width:510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#5fb8b1">
            <o:lock v:ext="edit" rotation="t" aspectratio="t" verticies="t" text="t" shapetype="t"/>
            <w10:anchorlock/>
          </v:rect>
        </w:pict>
      </w:r>
    </w:p>
    <w:tbl>
      <w:tblPr>
        <w:tblStyle w:val="Tablaconcuadrcula"/>
        <w:tblW w:w="10418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8788"/>
      </w:tblGrid>
      <w:tr w:rsidR="001764C3" w14:paraId="663EAAF7" w14:textId="77777777" w:rsidTr="00497A54">
        <w:tc>
          <w:tcPr>
            <w:tcW w:w="1630" w:type="dxa"/>
          </w:tcPr>
          <w:p w14:paraId="2E39C497" w14:textId="474B86FA" w:rsidR="001764C3" w:rsidRDefault="001764C3" w:rsidP="001764C3">
            <w:pPr>
              <w:rPr>
                <w:rFonts w:cs="Times New Roman"/>
                <w:b/>
                <w:lang w:val="es-ES"/>
              </w:rPr>
            </w:pPr>
            <w:r>
              <w:rPr>
                <w:b/>
                <w:lang w:val="es-ES"/>
              </w:rPr>
              <w:t xml:space="preserve">Palabras </w:t>
            </w:r>
            <w:r w:rsidR="00497A54">
              <w:rPr>
                <w:b/>
                <w:lang w:val="es-ES"/>
              </w:rPr>
              <w:t>c</w:t>
            </w:r>
            <w:r>
              <w:rPr>
                <w:b/>
                <w:lang w:val="es-ES"/>
              </w:rPr>
              <w:t>lave:</w:t>
            </w:r>
          </w:p>
        </w:tc>
        <w:tc>
          <w:tcPr>
            <w:tcW w:w="8788" w:type="dxa"/>
          </w:tcPr>
          <w:p w14:paraId="1E3087CA" w14:textId="6C152540" w:rsidR="001764C3" w:rsidRDefault="00C0035A" w:rsidP="001764C3">
            <w:pPr>
              <w:rPr>
                <w:lang w:val="es-ES"/>
              </w:rPr>
            </w:pPr>
            <w:r>
              <w:rPr>
                <w:lang w:val="es-ES"/>
              </w:rPr>
              <w:t>Palabra clave 1, palabra clave 2, palabra clave 3, palabra clave 4, palabra clave 5</w:t>
            </w:r>
          </w:p>
          <w:p w14:paraId="7937A194" w14:textId="77777777" w:rsidR="001764C3" w:rsidRDefault="001764C3" w:rsidP="001764C3">
            <w:pPr>
              <w:rPr>
                <w:rFonts w:eastAsia="MS Gothic" w:cs="Times New Roman"/>
                <w:lang w:val="es-ES"/>
              </w:rPr>
            </w:pPr>
          </w:p>
        </w:tc>
      </w:tr>
      <w:tr w:rsidR="00497A54" w14:paraId="78415CC6" w14:textId="77777777" w:rsidTr="00497A54">
        <w:tc>
          <w:tcPr>
            <w:tcW w:w="1630" w:type="dxa"/>
            <w:vMerge w:val="restart"/>
          </w:tcPr>
          <w:p w14:paraId="67E2A453" w14:textId="55B1B546" w:rsidR="00497A54" w:rsidRDefault="00497A54" w:rsidP="00497A54">
            <w:pPr>
              <w:rPr>
                <w:lang w:val="es-ES"/>
              </w:rPr>
            </w:pPr>
            <w:r>
              <w:rPr>
                <w:rFonts w:cs="Times New Roman"/>
                <w:b/>
                <w:lang w:val="es-ES"/>
              </w:rPr>
              <w:t>Eje</w:t>
            </w:r>
            <w:r w:rsidRPr="009572A9">
              <w:rPr>
                <w:rFonts w:cs="Times New Roman"/>
                <w:b/>
                <w:lang w:val="es-ES"/>
              </w:rPr>
              <w:t xml:space="preserve"> temátic</w:t>
            </w:r>
            <w:r>
              <w:rPr>
                <w:rFonts w:cs="Times New Roman"/>
                <w:b/>
                <w:lang w:val="es-ES"/>
              </w:rPr>
              <w:t>o:</w:t>
            </w:r>
          </w:p>
        </w:tc>
        <w:tc>
          <w:tcPr>
            <w:tcW w:w="8788" w:type="dxa"/>
            <w:tcBorders>
              <w:left w:val="nil"/>
            </w:tcBorders>
          </w:tcPr>
          <w:p w14:paraId="7CC6F8BD" w14:textId="36496937" w:rsidR="00497A54" w:rsidRDefault="00000000" w:rsidP="001764C3">
            <w:pPr>
              <w:rPr>
                <w:lang w:val="es-ES"/>
              </w:rPr>
            </w:pPr>
            <w:sdt>
              <w:sdtPr>
                <w:rPr>
                  <w:rFonts w:eastAsia="MS Gothic" w:cs="Times New Roman"/>
                  <w:lang w:val="es-ES"/>
                </w:rPr>
                <w:id w:val="10639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54">
                  <w:rPr>
                    <w:rFonts w:ascii="MS Gothic" w:eastAsia="MS Gothic" w:hAnsi="MS Gothic" w:cs="Times New Roman" w:hint="eastAsia"/>
                    <w:lang w:val="es-ES"/>
                  </w:rPr>
                  <w:t>☐</w:t>
                </w:r>
              </w:sdtContent>
            </w:sdt>
            <w:r w:rsidR="00497A54" w:rsidRPr="009572A9">
              <w:rPr>
                <w:rFonts w:cs="Times New Roman"/>
                <w:lang w:val="es-ES"/>
              </w:rPr>
              <w:t xml:space="preserve"> Infraestructura eléctrica </w:t>
            </w:r>
            <w:sdt>
              <w:sdtPr>
                <w:rPr>
                  <w:rFonts w:eastAsia="MS Gothic" w:cs="Times New Roman"/>
                  <w:lang w:val="es-ES"/>
                </w:rPr>
                <w:id w:val="-194113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54" w:rsidRPr="009572A9">
                  <w:rPr>
                    <w:rFonts w:ascii="Segoe UI Symbol" w:eastAsia="MS Gothic" w:hAnsi="Segoe UI Symbol" w:cs="Segoe UI Symbol"/>
                    <w:lang w:val="es-ES"/>
                  </w:rPr>
                  <w:t>☐</w:t>
                </w:r>
              </w:sdtContent>
            </w:sdt>
            <w:r w:rsidR="00497A54" w:rsidRPr="009572A9">
              <w:rPr>
                <w:rFonts w:cs="Times New Roman"/>
                <w:lang w:val="es-ES"/>
              </w:rPr>
              <w:t xml:space="preserve"> Integración tecnológica e inteligencia artificial </w:t>
            </w:r>
            <w:sdt>
              <w:sdtPr>
                <w:rPr>
                  <w:rFonts w:eastAsia="MS Gothic" w:cs="Times New Roman"/>
                  <w:lang w:val="es-ES"/>
                </w:rPr>
                <w:id w:val="-130014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54" w:rsidRPr="009572A9">
                  <w:rPr>
                    <w:rFonts w:ascii="Segoe UI Symbol" w:eastAsia="MS Gothic" w:hAnsi="Segoe UI Symbol" w:cs="Segoe UI Symbol"/>
                    <w:lang w:val="es-ES"/>
                  </w:rPr>
                  <w:t>☐</w:t>
                </w:r>
              </w:sdtContent>
            </w:sdt>
            <w:r w:rsidR="00497A54" w:rsidRPr="009572A9">
              <w:rPr>
                <w:rFonts w:cs="Times New Roman"/>
                <w:lang w:val="es-ES"/>
              </w:rPr>
              <w:t xml:space="preserve"> Materiales y manufactura</w:t>
            </w:r>
          </w:p>
        </w:tc>
      </w:tr>
      <w:tr w:rsidR="00497A54" w14:paraId="3D565DA2" w14:textId="77777777" w:rsidTr="00497A54">
        <w:tc>
          <w:tcPr>
            <w:tcW w:w="1630" w:type="dxa"/>
            <w:vMerge/>
          </w:tcPr>
          <w:p w14:paraId="7E910A57" w14:textId="77777777" w:rsidR="00497A54" w:rsidRDefault="00497A54" w:rsidP="00497A54">
            <w:pPr>
              <w:rPr>
                <w:lang w:val="es-ES"/>
              </w:rPr>
            </w:pPr>
          </w:p>
        </w:tc>
        <w:tc>
          <w:tcPr>
            <w:tcW w:w="8788" w:type="dxa"/>
            <w:tcBorders>
              <w:left w:val="nil"/>
            </w:tcBorders>
          </w:tcPr>
          <w:p w14:paraId="1D46B9E6" w14:textId="5CBCE8F2" w:rsidR="00497A54" w:rsidRPr="001764C3" w:rsidRDefault="00000000" w:rsidP="001764C3">
            <w:pPr>
              <w:spacing w:after="200"/>
              <w:rPr>
                <w:rFonts w:cs="Times New Roman"/>
                <w:lang w:val="es-ES"/>
              </w:rPr>
            </w:pPr>
            <w:sdt>
              <w:sdtPr>
                <w:rPr>
                  <w:rFonts w:eastAsia="MS Gothic" w:cs="Times New Roman"/>
                  <w:lang w:val="es-ES"/>
                </w:rPr>
                <w:id w:val="-175896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54">
                  <w:rPr>
                    <w:rFonts w:ascii="MS Gothic" w:eastAsia="MS Gothic" w:hAnsi="MS Gothic" w:cs="Times New Roman" w:hint="eastAsia"/>
                    <w:lang w:val="es-ES"/>
                  </w:rPr>
                  <w:t>☐</w:t>
                </w:r>
              </w:sdtContent>
            </w:sdt>
            <w:r w:rsidR="00497A54" w:rsidRPr="009572A9">
              <w:rPr>
                <w:rFonts w:cs="Times New Roman"/>
                <w:lang w:val="es-ES"/>
              </w:rPr>
              <w:t xml:space="preserve"> Procesos químicos y bioquímicos </w:t>
            </w:r>
            <w:sdt>
              <w:sdtPr>
                <w:rPr>
                  <w:rFonts w:eastAsia="MS Gothic" w:cs="Times New Roman"/>
                  <w:lang w:val="es-ES"/>
                </w:rPr>
                <w:id w:val="171592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035A">
                  <w:rPr>
                    <w:rFonts w:ascii="MS Gothic" w:eastAsia="MS Gothic" w:hAnsi="MS Gothic" w:cs="Times New Roman" w:hint="eastAsia"/>
                    <w:lang w:val="es-ES"/>
                  </w:rPr>
                  <w:t>☐</w:t>
                </w:r>
              </w:sdtContent>
            </w:sdt>
            <w:r w:rsidR="00497A54" w:rsidRPr="009572A9">
              <w:rPr>
                <w:rFonts w:cs="Times New Roman"/>
                <w:lang w:val="es-ES"/>
              </w:rPr>
              <w:t xml:space="preserve"> Procesos térmicos y combustión </w:t>
            </w:r>
            <w:sdt>
              <w:sdtPr>
                <w:rPr>
                  <w:rFonts w:eastAsia="MS Gothic" w:cs="Times New Roman"/>
                  <w:lang w:val="es-ES"/>
                </w:rPr>
                <w:id w:val="-69207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54" w:rsidRPr="009572A9">
                  <w:rPr>
                    <w:rFonts w:ascii="Segoe UI Symbol" w:eastAsia="MS Gothic" w:hAnsi="Segoe UI Symbol" w:cs="Segoe UI Symbol"/>
                    <w:lang w:val="es-ES"/>
                  </w:rPr>
                  <w:t>☐</w:t>
                </w:r>
              </w:sdtContent>
            </w:sdt>
            <w:r w:rsidR="00497A54" w:rsidRPr="009572A9">
              <w:rPr>
                <w:rFonts w:cs="Times New Roman"/>
                <w:lang w:val="es-ES"/>
              </w:rPr>
              <w:t xml:space="preserve"> Otr</w:t>
            </w:r>
            <w:r w:rsidR="00497A54">
              <w:rPr>
                <w:rFonts w:cs="Times New Roman"/>
                <w:lang w:val="es-ES"/>
              </w:rPr>
              <w:t>o</w:t>
            </w:r>
            <w:r w:rsidR="00497A54" w:rsidRPr="009572A9">
              <w:rPr>
                <w:rFonts w:cs="Times New Roman"/>
                <w:lang w:val="es-ES"/>
              </w:rPr>
              <w:t xml:space="preserve"> </w:t>
            </w:r>
            <w:r w:rsidR="00497A54">
              <w:rPr>
                <w:rFonts w:cs="Times New Roman"/>
                <w:lang w:val="es-ES"/>
              </w:rPr>
              <w:t>eje</w:t>
            </w:r>
            <w:r w:rsidR="00497A54" w:rsidRPr="009572A9">
              <w:rPr>
                <w:rFonts w:cs="Times New Roman"/>
                <w:lang w:val="es-ES"/>
              </w:rPr>
              <w:t>:</w:t>
            </w:r>
          </w:p>
        </w:tc>
      </w:tr>
      <w:tr w:rsidR="001764C3" w14:paraId="59FA77F7" w14:textId="77777777" w:rsidTr="00497A54">
        <w:tc>
          <w:tcPr>
            <w:tcW w:w="1630" w:type="dxa"/>
          </w:tcPr>
          <w:p w14:paraId="522563B4" w14:textId="2967D67C" w:rsidR="001764C3" w:rsidRDefault="001764C3" w:rsidP="00900880">
            <w:pPr>
              <w:rPr>
                <w:lang w:val="es-ES"/>
              </w:rPr>
            </w:pPr>
            <w:r w:rsidRPr="009572A9">
              <w:rPr>
                <w:rFonts w:cs="Times New Roman"/>
                <w:b/>
                <w:bCs/>
                <w:lang w:val="es-ES"/>
              </w:rPr>
              <w:t>Nivel de TRL</w:t>
            </w:r>
            <w:r>
              <w:rPr>
                <w:rFonts w:cs="Times New Roman"/>
                <w:b/>
                <w:bCs/>
                <w:lang w:val="es-ES"/>
              </w:rPr>
              <w:t>:</w:t>
            </w:r>
          </w:p>
        </w:tc>
        <w:tc>
          <w:tcPr>
            <w:tcW w:w="8788" w:type="dxa"/>
          </w:tcPr>
          <w:p w14:paraId="7F6ED551" w14:textId="28A9C61B" w:rsidR="001764C3" w:rsidRPr="001764C3" w:rsidRDefault="00000000" w:rsidP="001764C3">
            <w:pPr>
              <w:rPr>
                <w:rFonts w:cs="Times New Roman"/>
                <w:lang w:val="es-ES"/>
              </w:rPr>
            </w:pPr>
            <w:sdt>
              <w:sdtPr>
                <w:rPr>
                  <w:rFonts w:eastAsia="MS Gothic" w:cs="Times New Roman"/>
                  <w:lang w:val="es-ES"/>
                </w:rPr>
                <w:id w:val="146014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4C3" w:rsidRPr="009572A9">
                  <w:rPr>
                    <w:rFonts w:ascii="Segoe UI Symbol" w:eastAsia="MS Gothic" w:hAnsi="Segoe UI Symbol" w:cs="Segoe UI Symbol"/>
                    <w:lang w:val="es-ES"/>
                  </w:rPr>
                  <w:t>☐</w:t>
                </w:r>
              </w:sdtContent>
            </w:sdt>
            <w:r w:rsidR="001764C3" w:rsidRPr="009572A9">
              <w:rPr>
                <w:rFonts w:cs="Times New Roman"/>
                <w:lang w:val="es-ES"/>
              </w:rPr>
              <w:t xml:space="preserve"> TRL 1 </w:t>
            </w:r>
            <w:sdt>
              <w:sdtPr>
                <w:rPr>
                  <w:rFonts w:eastAsia="MS Gothic" w:cs="Times New Roman"/>
                  <w:lang w:val="es-ES"/>
                </w:rPr>
                <w:id w:val="41382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4C3" w:rsidRPr="009572A9">
                  <w:rPr>
                    <w:rFonts w:ascii="Segoe UI Symbol" w:eastAsia="MS Gothic" w:hAnsi="Segoe UI Symbol" w:cs="Segoe UI Symbol"/>
                    <w:lang w:val="es-ES"/>
                  </w:rPr>
                  <w:t>☐</w:t>
                </w:r>
              </w:sdtContent>
            </w:sdt>
            <w:r w:rsidR="001764C3" w:rsidRPr="009572A9">
              <w:rPr>
                <w:rFonts w:cs="Times New Roman"/>
                <w:lang w:val="es-ES"/>
              </w:rPr>
              <w:t xml:space="preserve"> TRL 2 </w:t>
            </w:r>
            <w:sdt>
              <w:sdtPr>
                <w:rPr>
                  <w:rFonts w:eastAsia="MS Gothic" w:cs="Times New Roman"/>
                  <w:lang w:val="es-ES"/>
                </w:rPr>
                <w:id w:val="8033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4C3" w:rsidRPr="009572A9">
                  <w:rPr>
                    <w:rFonts w:ascii="Segoe UI Symbol" w:eastAsia="MS Gothic" w:hAnsi="Segoe UI Symbol" w:cs="Segoe UI Symbol"/>
                    <w:lang w:val="es-ES"/>
                  </w:rPr>
                  <w:t>☐</w:t>
                </w:r>
              </w:sdtContent>
            </w:sdt>
            <w:r w:rsidR="001764C3" w:rsidRPr="009572A9">
              <w:rPr>
                <w:rFonts w:cs="Times New Roman"/>
                <w:lang w:val="es-ES"/>
              </w:rPr>
              <w:t xml:space="preserve"> TRL 3 </w:t>
            </w:r>
            <w:sdt>
              <w:sdtPr>
                <w:rPr>
                  <w:rFonts w:eastAsia="MS Gothic" w:cs="Times New Roman"/>
                  <w:lang w:val="es-ES"/>
                </w:rPr>
                <w:id w:val="153662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4C3" w:rsidRPr="009572A9">
                  <w:rPr>
                    <w:rFonts w:ascii="Segoe UI Symbol" w:eastAsia="MS Gothic" w:hAnsi="Segoe UI Symbol" w:cs="Segoe UI Symbol"/>
                    <w:lang w:val="es-ES"/>
                  </w:rPr>
                  <w:t>☐</w:t>
                </w:r>
              </w:sdtContent>
            </w:sdt>
            <w:r w:rsidR="001764C3" w:rsidRPr="009572A9">
              <w:rPr>
                <w:rFonts w:cs="Times New Roman"/>
                <w:lang w:val="es-ES"/>
              </w:rPr>
              <w:t xml:space="preserve"> TRL 4 </w:t>
            </w:r>
            <w:sdt>
              <w:sdtPr>
                <w:rPr>
                  <w:rFonts w:eastAsia="MS Gothic" w:cs="Times New Roman"/>
                  <w:lang w:val="es-ES"/>
                </w:rPr>
                <w:id w:val="181767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035A">
                  <w:rPr>
                    <w:rFonts w:ascii="MS Gothic" w:eastAsia="MS Gothic" w:hAnsi="MS Gothic" w:cs="Times New Roman" w:hint="eastAsia"/>
                    <w:lang w:val="es-ES"/>
                  </w:rPr>
                  <w:t>☐</w:t>
                </w:r>
              </w:sdtContent>
            </w:sdt>
            <w:r w:rsidR="001764C3" w:rsidRPr="009572A9">
              <w:rPr>
                <w:rFonts w:cs="Times New Roman"/>
                <w:lang w:val="es-ES"/>
              </w:rPr>
              <w:t xml:space="preserve"> TRL 5 </w:t>
            </w:r>
            <w:sdt>
              <w:sdtPr>
                <w:rPr>
                  <w:rFonts w:eastAsia="MS Gothic" w:cs="Times New Roman"/>
                  <w:lang w:val="es-ES"/>
                </w:rPr>
                <w:id w:val="57849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4C3" w:rsidRPr="009572A9">
                  <w:rPr>
                    <w:rFonts w:ascii="Segoe UI Symbol" w:eastAsia="MS Gothic" w:hAnsi="Segoe UI Symbol" w:cs="Segoe UI Symbol"/>
                    <w:lang w:val="es-ES"/>
                  </w:rPr>
                  <w:t>☐</w:t>
                </w:r>
              </w:sdtContent>
            </w:sdt>
            <w:r w:rsidR="001764C3" w:rsidRPr="009572A9">
              <w:rPr>
                <w:rFonts w:cs="Times New Roman"/>
                <w:lang w:val="es-ES"/>
              </w:rPr>
              <w:t xml:space="preserve"> TRL 6 </w:t>
            </w:r>
            <w:sdt>
              <w:sdtPr>
                <w:rPr>
                  <w:rFonts w:eastAsia="MS Gothic" w:cs="Times New Roman"/>
                  <w:lang w:val="es-ES"/>
                </w:rPr>
                <w:id w:val="165910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4C3" w:rsidRPr="009572A9">
                  <w:rPr>
                    <w:rFonts w:ascii="Segoe UI Symbol" w:eastAsia="MS Gothic" w:hAnsi="Segoe UI Symbol" w:cs="Segoe UI Symbol"/>
                    <w:lang w:val="es-ES"/>
                  </w:rPr>
                  <w:t>☐</w:t>
                </w:r>
              </w:sdtContent>
            </w:sdt>
            <w:r w:rsidR="001764C3" w:rsidRPr="009572A9">
              <w:rPr>
                <w:rFonts w:cs="Times New Roman"/>
                <w:lang w:val="es-ES"/>
              </w:rPr>
              <w:t xml:space="preserve"> TRL 7 </w:t>
            </w:r>
            <w:sdt>
              <w:sdtPr>
                <w:rPr>
                  <w:rFonts w:eastAsia="MS Gothic" w:cs="Times New Roman"/>
                  <w:lang w:val="es-ES"/>
                </w:rPr>
                <w:id w:val="67153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4C3" w:rsidRPr="009572A9">
                  <w:rPr>
                    <w:rFonts w:ascii="Segoe UI Symbol" w:eastAsia="MS Gothic" w:hAnsi="Segoe UI Symbol" w:cs="Segoe UI Symbol"/>
                    <w:lang w:val="es-ES"/>
                  </w:rPr>
                  <w:t>☐</w:t>
                </w:r>
              </w:sdtContent>
            </w:sdt>
            <w:r w:rsidR="001764C3" w:rsidRPr="009572A9">
              <w:rPr>
                <w:rFonts w:cs="Times New Roman"/>
                <w:lang w:val="es-ES"/>
              </w:rPr>
              <w:t xml:space="preserve"> TRL 8 </w:t>
            </w:r>
            <w:sdt>
              <w:sdtPr>
                <w:rPr>
                  <w:rFonts w:eastAsia="MS Gothic" w:cs="Times New Roman"/>
                  <w:lang w:val="es-ES"/>
                </w:rPr>
                <w:id w:val="-1125999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4C3" w:rsidRPr="009572A9">
                  <w:rPr>
                    <w:rFonts w:ascii="Segoe UI Symbol" w:eastAsia="MS Gothic" w:hAnsi="Segoe UI Symbol" w:cs="Segoe UI Symbol"/>
                    <w:lang w:val="es-ES"/>
                  </w:rPr>
                  <w:t>☐</w:t>
                </w:r>
              </w:sdtContent>
            </w:sdt>
            <w:r w:rsidR="001764C3" w:rsidRPr="009572A9">
              <w:rPr>
                <w:rFonts w:cs="Times New Roman"/>
                <w:lang w:val="es-ES"/>
              </w:rPr>
              <w:t xml:space="preserve"> TRL 9 </w:t>
            </w:r>
            <w:sdt>
              <w:sdtPr>
                <w:rPr>
                  <w:rFonts w:eastAsia="MS Gothic" w:cs="Times New Roman"/>
                  <w:lang w:val="es-ES"/>
                </w:rPr>
                <w:id w:val="-14743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4C3">
                  <w:rPr>
                    <w:rFonts w:ascii="MS Gothic" w:eastAsia="MS Gothic" w:hAnsi="MS Gothic" w:cs="Times New Roman" w:hint="eastAsia"/>
                    <w:lang w:val="es-ES"/>
                  </w:rPr>
                  <w:t>☐</w:t>
                </w:r>
              </w:sdtContent>
            </w:sdt>
            <w:r w:rsidR="001764C3" w:rsidRPr="009572A9">
              <w:rPr>
                <w:rFonts w:cs="Times New Roman"/>
                <w:lang w:val="es-ES"/>
              </w:rPr>
              <w:t xml:space="preserve"> N/A</w:t>
            </w:r>
          </w:p>
        </w:tc>
      </w:tr>
    </w:tbl>
    <w:p w14:paraId="79C30EFB" w14:textId="4B22B7CE" w:rsidR="00FB2C5E" w:rsidRDefault="00A028C5">
      <w:pPr>
        <w:rPr>
          <w:lang w:val="es-ES"/>
        </w:rPr>
      </w:pPr>
      <w:r>
        <w:pict w14:anchorId="663E41F8">
          <v:rect id="Horizontal Line 5" o:spid="_x0000_s2050" alt="" style="width:510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#1c5197">
            <o:lock v:ext="edit" rotation="t" aspectratio="t" verticies="t" text="t" shapetype="t"/>
            <w10:anchorlock/>
          </v:rect>
        </w:pict>
      </w:r>
    </w:p>
    <w:p w14:paraId="08E9D88E" w14:textId="384CEA3E" w:rsidR="00830AB2" w:rsidRPr="009572A9" w:rsidRDefault="00000000">
      <w:pPr>
        <w:rPr>
          <w:sz w:val="28"/>
          <w:szCs w:val="28"/>
          <w:lang w:val="es-ES"/>
        </w:rPr>
      </w:pPr>
      <w:r w:rsidRPr="009572A9">
        <w:rPr>
          <w:b/>
          <w:sz w:val="28"/>
          <w:szCs w:val="28"/>
          <w:lang w:val="es-ES"/>
        </w:rPr>
        <w:t>Introducción</w:t>
      </w:r>
    </w:p>
    <w:p w14:paraId="258F331E" w14:textId="1CC3D91F" w:rsidR="00C0035A" w:rsidRPr="009572A9" w:rsidRDefault="00C0035A" w:rsidP="005B5FB4">
      <w:pPr>
        <w:jc w:val="both"/>
        <w:rPr>
          <w:sz w:val="22"/>
          <w:lang w:val="es-ES"/>
        </w:rPr>
      </w:pPr>
      <w:r w:rsidRPr="00C0035A">
        <w:rPr>
          <w:sz w:val="22"/>
          <w:lang w:val="es-ES"/>
        </w:rPr>
        <w:t>Describa brevemente el problema industrial o tecnológico abordado, su relevancia para la transición energética, la motivación y objetivo del trabajo.</w:t>
      </w:r>
    </w:p>
    <w:p w14:paraId="4E8AF52C" w14:textId="77777777" w:rsidR="00830AB2" w:rsidRPr="009572A9" w:rsidRDefault="00000000">
      <w:pPr>
        <w:rPr>
          <w:sz w:val="28"/>
          <w:szCs w:val="28"/>
          <w:lang w:val="es-ES"/>
        </w:rPr>
      </w:pPr>
      <w:r w:rsidRPr="009572A9">
        <w:rPr>
          <w:b/>
          <w:sz w:val="28"/>
          <w:szCs w:val="28"/>
          <w:lang w:val="es-ES"/>
        </w:rPr>
        <w:t>Metodología</w:t>
      </w:r>
    </w:p>
    <w:p w14:paraId="2AD3A0ED" w14:textId="0277FCB2" w:rsidR="00C0035A" w:rsidRPr="009572A9" w:rsidRDefault="00C0035A" w:rsidP="00C0035A">
      <w:pPr>
        <w:rPr>
          <w:sz w:val="22"/>
          <w:lang w:val="es-ES"/>
        </w:rPr>
      </w:pPr>
      <w:r w:rsidRPr="00C0035A">
        <w:rPr>
          <w:sz w:val="22"/>
          <w:lang w:val="es-ES"/>
        </w:rPr>
        <w:t>Describa la metodología, tecnología, proceso industrial, configuración experimental, enfoque de simulación o estrategia de implementación utilizada en el trabajo</w:t>
      </w:r>
      <w:r>
        <w:rPr>
          <w:sz w:val="22"/>
          <w:lang w:val="es-ES"/>
        </w:rPr>
        <w:t>.</w:t>
      </w:r>
    </w:p>
    <w:p w14:paraId="041B00BE" w14:textId="591BD603" w:rsidR="00A66619" w:rsidRDefault="00EC3B68" w:rsidP="00A66619">
      <w:pPr>
        <w:keepNext/>
        <w:jc w:val="center"/>
      </w:pPr>
      <w:r>
        <w:rPr>
          <w:noProof/>
          <w:lang w:val="es-ES"/>
        </w:rPr>
        <w:drawing>
          <wp:inline distT="0" distB="0" distL="0" distR="0" wp14:anchorId="0FA59092" wp14:editId="024CD88A">
            <wp:extent cx="1718945" cy="574675"/>
            <wp:effectExtent l="0" t="0" r="0" b="0"/>
            <wp:docPr id="188553508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08019" name="Imagen 9475080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8945" cy="57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5E4A4" w14:textId="3E5F4DAE" w:rsidR="00A66619" w:rsidRPr="009572A9" w:rsidRDefault="00A66619" w:rsidP="009572A9">
      <w:pPr>
        <w:pStyle w:val="Descripcin"/>
      </w:pPr>
      <w:r w:rsidRPr="009572A9">
        <w:t xml:space="preserve">Figura </w:t>
      </w:r>
      <w:r w:rsidRPr="009572A9">
        <w:fldChar w:fldCharType="begin"/>
      </w:r>
      <w:r w:rsidRPr="009572A9">
        <w:instrText xml:space="preserve"> SEQ Figura \* ARABIC </w:instrText>
      </w:r>
      <w:r w:rsidRPr="009572A9">
        <w:fldChar w:fldCharType="separate"/>
      </w:r>
      <w:r w:rsidRPr="009572A9">
        <w:rPr>
          <w:noProof/>
        </w:rPr>
        <w:t>1</w:t>
      </w:r>
      <w:r w:rsidRPr="009572A9">
        <w:rPr>
          <w:noProof/>
        </w:rPr>
        <w:fldChar w:fldCharType="end"/>
      </w:r>
      <w:r w:rsidRPr="009572A9">
        <w:t xml:space="preserve">. </w:t>
      </w:r>
      <w:r w:rsidR="00EC3B68">
        <w:t>Logo Congreso</w:t>
      </w:r>
      <w:r w:rsidR="00C0035A">
        <w:t>.</w:t>
      </w:r>
    </w:p>
    <w:p w14:paraId="62738983" w14:textId="77777777" w:rsidR="00830AB2" w:rsidRPr="009572A9" w:rsidRDefault="00000000">
      <w:pPr>
        <w:rPr>
          <w:sz w:val="28"/>
          <w:szCs w:val="28"/>
          <w:lang w:val="es-ES"/>
        </w:rPr>
      </w:pPr>
      <w:r w:rsidRPr="009572A9">
        <w:rPr>
          <w:b/>
          <w:sz w:val="28"/>
          <w:szCs w:val="28"/>
          <w:lang w:val="es-ES"/>
        </w:rPr>
        <w:t>Resultados</w:t>
      </w:r>
    </w:p>
    <w:p w14:paraId="76E348BB" w14:textId="7B6F86E4" w:rsidR="00FB2C5E" w:rsidRPr="009572A9" w:rsidRDefault="00C0035A" w:rsidP="00F32C66">
      <w:pPr>
        <w:jc w:val="both"/>
        <w:rPr>
          <w:sz w:val="22"/>
          <w:lang w:val="es-ES"/>
        </w:rPr>
      </w:pPr>
      <w:r w:rsidRPr="00C0035A">
        <w:rPr>
          <w:sz w:val="22"/>
          <w:lang w:val="es-ES"/>
        </w:rPr>
        <w:t>Presente los principales resultados, resultados preliminares, desempeño esperado, implicancias industriales o contribuciones tecnológicas del trabajo.</w:t>
      </w:r>
    </w:p>
    <w:p w14:paraId="2262F330" w14:textId="13EC9182" w:rsidR="007E7C53" w:rsidRPr="009572A9" w:rsidRDefault="007E7C53" w:rsidP="009572A9">
      <w:pPr>
        <w:pStyle w:val="Descripcin"/>
        <w:rPr>
          <w:b/>
        </w:rPr>
      </w:pPr>
      <w:r w:rsidRPr="009572A9">
        <w:lastRenderedPageBreak/>
        <w:t xml:space="preserve">Tabla </w:t>
      </w:r>
      <w:r w:rsidRPr="009572A9">
        <w:fldChar w:fldCharType="begin"/>
      </w:r>
      <w:r w:rsidRPr="009572A9">
        <w:instrText xml:space="preserve"> SEQ Tabla \* ARABIC </w:instrText>
      </w:r>
      <w:r w:rsidRPr="009572A9">
        <w:fldChar w:fldCharType="separate"/>
      </w:r>
      <w:r w:rsidRPr="009572A9">
        <w:rPr>
          <w:noProof/>
        </w:rPr>
        <w:t>1</w:t>
      </w:r>
      <w:r w:rsidRPr="009572A9">
        <w:rPr>
          <w:noProof/>
        </w:rPr>
        <w:fldChar w:fldCharType="end"/>
      </w:r>
      <w:r w:rsidRPr="009572A9">
        <w:t xml:space="preserve">. </w:t>
      </w:r>
      <w:r w:rsidR="00C0035A">
        <w:t>Tabla ejemplo.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05"/>
        <w:gridCol w:w="1701"/>
        <w:gridCol w:w="1315"/>
      </w:tblGrid>
      <w:tr w:rsidR="00D80385" w14:paraId="363A85B8" w14:textId="77777777" w:rsidTr="00EC3B68">
        <w:trPr>
          <w:jc w:val="center"/>
        </w:trPr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2A0C15" w14:textId="66F1C0B4" w:rsidR="00D80385" w:rsidRDefault="00C0035A" w:rsidP="00EC3B68">
            <w:pPr>
              <w:spacing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Parámetro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1E4FEE" w14:textId="422D9C12" w:rsidR="00D80385" w:rsidRDefault="00C0035A" w:rsidP="00EC3B68">
            <w:pPr>
              <w:spacing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Unidad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ED302F" w14:textId="7F3C7482" w:rsidR="00D80385" w:rsidRDefault="00C0035A" w:rsidP="00EC3B68">
            <w:pPr>
              <w:spacing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Magnitud</w:t>
            </w:r>
          </w:p>
        </w:tc>
      </w:tr>
      <w:tr w:rsidR="00D80385" w14:paraId="6B282DE5" w14:textId="77777777" w:rsidTr="00EC3B68">
        <w:trPr>
          <w:jc w:val="center"/>
        </w:trPr>
        <w:tc>
          <w:tcPr>
            <w:tcW w:w="1205" w:type="dxa"/>
            <w:tcBorders>
              <w:top w:val="single" w:sz="4" w:space="0" w:color="auto"/>
            </w:tcBorders>
            <w:vAlign w:val="bottom"/>
          </w:tcPr>
          <w:p w14:paraId="7E28B4D6" w14:textId="6606F4ED" w:rsidR="00D80385" w:rsidRDefault="00C0035A" w:rsidP="00EC3B68">
            <w:pPr>
              <w:spacing w:line="240" w:lineRule="auto"/>
              <w:jc w:val="center"/>
            </w:pPr>
            <w:r>
              <w:rPr>
                <w:lang w:val="es-ES"/>
              </w:rPr>
              <w:t>Parámetro 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7AAE8381" w14:textId="72AE063C" w:rsidR="00D80385" w:rsidRDefault="00C0035A" w:rsidP="00EC3B68">
            <w:pPr>
              <w:spacing w:line="240" w:lineRule="auto"/>
              <w:jc w:val="center"/>
            </w:pPr>
            <w:r>
              <w:rPr>
                <w:lang w:val="es-ES"/>
              </w:rPr>
              <w:t>Unidad 1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vAlign w:val="bottom"/>
          </w:tcPr>
          <w:p w14:paraId="13F7DF2E" w14:textId="746E09AF" w:rsidR="00D80385" w:rsidRDefault="00C0035A" w:rsidP="00EC3B68">
            <w:pPr>
              <w:spacing w:line="240" w:lineRule="auto"/>
              <w:jc w:val="center"/>
            </w:pPr>
            <w:r>
              <w:rPr>
                <w:lang w:val="es-ES"/>
              </w:rPr>
              <w:t>Magnitud 1</w:t>
            </w:r>
          </w:p>
        </w:tc>
      </w:tr>
      <w:tr w:rsidR="00D80385" w14:paraId="3EBF1546" w14:textId="77777777" w:rsidTr="00EC3B68">
        <w:trPr>
          <w:jc w:val="center"/>
        </w:trPr>
        <w:tc>
          <w:tcPr>
            <w:tcW w:w="1205" w:type="dxa"/>
            <w:vAlign w:val="bottom"/>
          </w:tcPr>
          <w:p w14:paraId="7F75A6F2" w14:textId="5164CBF0" w:rsidR="00D80385" w:rsidRDefault="00C0035A" w:rsidP="00EC3B68">
            <w:pPr>
              <w:spacing w:line="240" w:lineRule="auto"/>
              <w:jc w:val="center"/>
            </w:pPr>
            <w:r>
              <w:rPr>
                <w:lang w:val="es-ES"/>
              </w:rPr>
              <w:t>Parámetro 2</w:t>
            </w:r>
          </w:p>
        </w:tc>
        <w:tc>
          <w:tcPr>
            <w:tcW w:w="1701" w:type="dxa"/>
            <w:vAlign w:val="bottom"/>
          </w:tcPr>
          <w:p w14:paraId="5F927C63" w14:textId="0B90F7B9" w:rsidR="00D80385" w:rsidRDefault="00C0035A" w:rsidP="00EC3B68">
            <w:pPr>
              <w:spacing w:line="240" w:lineRule="auto"/>
              <w:jc w:val="center"/>
            </w:pPr>
            <w:r>
              <w:rPr>
                <w:lang w:val="es-ES"/>
              </w:rPr>
              <w:t>Unidad 2</w:t>
            </w:r>
          </w:p>
        </w:tc>
        <w:tc>
          <w:tcPr>
            <w:tcW w:w="1315" w:type="dxa"/>
            <w:vAlign w:val="bottom"/>
          </w:tcPr>
          <w:p w14:paraId="11BAC027" w14:textId="5DD4937F" w:rsidR="00D80385" w:rsidRDefault="00C0035A" w:rsidP="00EC3B68">
            <w:pPr>
              <w:spacing w:line="240" w:lineRule="auto"/>
              <w:jc w:val="center"/>
            </w:pPr>
            <w:r>
              <w:rPr>
                <w:lang w:val="es-ES"/>
              </w:rPr>
              <w:t>Magnitud 2</w:t>
            </w:r>
          </w:p>
        </w:tc>
      </w:tr>
      <w:tr w:rsidR="00D80385" w14:paraId="54C354D8" w14:textId="77777777" w:rsidTr="00EC3B68">
        <w:trPr>
          <w:jc w:val="center"/>
        </w:trPr>
        <w:tc>
          <w:tcPr>
            <w:tcW w:w="1205" w:type="dxa"/>
            <w:vAlign w:val="bottom"/>
          </w:tcPr>
          <w:p w14:paraId="43A00262" w14:textId="04D76B6E" w:rsidR="00D80385" w:rsidRDefault="00C0035A" w:rsidP="00EC3B68">
            <w:pPr>
              <w:spacing w:line="240" w:lineRule="auto"/>
              <w:jc w:val="center"/>
            </w:pPr>
            <w:r>
              <w:rPr>
                <w:lang w:val="es-ES"/>
              </w:rPr>
              <w:t>Parámetro 3</w:t>
            </w:r>
          </w:p>
        </w:tc>
        <w:tc>
          <w:tcPr>
            <w:tcW w:w="1701" w:type="dxa"/>
            <w:vAlign w:val="bottom"/>
          </w:tcPr>
          <w:p w14:paraId="6C884F47" w14:textId="603E7163" w:rsidR="00D80385" w:rsidRDefault="00C0035A" w:rsidP="00EC3B68">
            <w:pPr>
              <w:spacing w:line="240" w:lineRule="auto"/>
              <w:jc w:val="center"/>
            </w:pPr>
            <w:r>
              <w:rPr>
                <w:lang w:val="es-ES"/>
              </w:rPr>
              <w:t>Unidad 3</w:t>
            </w:r>
          </w:p>
        </w:tc>
        <w:tc>
          <w:tcPr>
            <w:tcW w:w="1315" w:type="dxa"/>
            <w:vAlign w:val="bottom"/>
          </w:tcPr>
          <w:p w14:paraId="4456434A" w14:textId="7DFCA990" w:rsidR="00D80385" w:rsidRDefault="00C0035A" w:rsidP="00EC3B68">
            <w:pPr>
              <w:spacing w:line="240" w:lineRule="auto"/>
              <w:jc w:val="center"/>
            </w:pPr>
            <w:r>
              <w:rPr>
                <w:lang w:val="es-ES"/>
              </w:rPr>
              <w:t>Magnitud 3</w:t>
            </w:r>
          </w:p>
        </w:tc>
      </w:tr>
      <w:tr w:rsidR="00D80385" w14:paraId="53435A8C" w14:textId="77777777" w:rsidTr="00EC3B68">
        <w:trPr>
          <w:jc w:val="center"/>
        </w:trPr>
        <w:tc>
          <w:tcPr>
            <w:tcW w:w="1205" w:type="dxa"/>
            <w:tcBorders>
              <w:bottom w:val="single" w:sz="4" w:space="0" w:color="auto"/>
            </w:tcBorders>
            <w:vAlign w:val="bottom"/>
          </w:tcPr>
          <w:p w14:paraId="649AC140" w14:textId="1F0CBD52" w:rsidR="00D80385" w:rsidRDefault="00C0035A" w:rsidP="00EC3B68">
            <w:pPr>
              <w:spacing w:line="240" w:lineRule="auto"/>
              <w:jc w:val="center"/>
            </w:pPr>
            <w:r>
              <w:rPr>
                <w:lang w:val="es-ES"/>
              </w:rPr>
              <w:t>Parámetro 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FF4ABD6" w14:textId="0BCD03CF" w:rsidR="00D80385" w:rsidRDefault="00C0035A" w:rsidP="00EC3B68">
            <w:pPr>
              <w:spacing w:line="240" w:lineRule="auto"/>
              <w:jc w:val="center"/>
            </w:pPr>
            <w:r>
              <w:rPr>
                <w:lang w:val="es-ES"/>
              </w:rPr>
              <w:t>Unidad 4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vAlign w:val="bottom"/>
          </w:tcPr>
          <w:p w14:paraId="087106B0" w14:textId="21D14585" w:rsidR="00D80385" w:rsidRDefault="00C0035A" w:rsidP="00EC3B68">
            <w:pPr>
              <w:spacing w:line="240" w:lineRule="auto"/>
              <w:jc w:val="center"/>
            </w:pPr>
            <w:r>
              <w:rPr>
                <w:lang w:val="es-ES"/>
              </w:rPr>
              <w:t>Magnitud 4</w:t>
            </w:r>
          </w:p>
        </w:tc>
      </w:tr>
    </w:tbl>
    <w:p w14:paraId="3C570607" w14:textId="0EC3D8D9" w:rsidR="00830AB2" w:rsidRPr="009572A9" w:rsidRDefault="00000000" w:rsidP="00EC3B68">
      <w:pPr>
        <w:tabs>
          <w:tab w:val="left" w:pos="6150"/>
        </w:tabs>
        <w:spacing w:before="360"/>
        <w:rPr>
          <w:sz w:val="28"/>
          <w:szCs w:val="28"/>
          <w:lang w:val="es-ES"/>
        </w:rPr>
      </w:pPr>
      <w:r w:rsidRPr="009572A9">
        <w:rPr>
          <w:b/>
          <w:sz w:val="28"/>
          <w:szCs w:val="28"/>
          <w:lang w:val="es-ES"/>
        </w:rPr>
        <w:t>Conclusiones</w:t>
      </w:r>
      <w:r w:rsidR="00E538C5">
        <w:rPr>
          <w:b/>
          <w:sz w:val="28"/>
          <w:szCs w:val="28"/>
          <w:lang w:val="es-ES"/>
        </w:rPr>
        <w:tab/>
      </w:r>
    </w:p>
    <w:p w14:paraId="2C7381A4" w14:textId="61F711E9" w:rsidR="00C0035A" w:rsidRPr="009572A9" w:rsidRDefault="00C0035A" w:rsidP="00F32C66">
      <w:pPr>
        <w:jc w:val="both"/>
        <w:rPr>
          <w:sz w:val="22"/>
          <w:lang w:val="es-ES"/>
        </w:rPr>
      </w:pPr>
      <w:r w:rsidRPr="00C0035A">
        <w:rPr>
          <w:sz w:val="22"/>
          <w:lang w:val="es-ES"/>
        </w:rPr>
        <w:t>Resuma la principal contribución del trabajo y su relevancia para la industria y aplicaciones vinculadas a la transición energética sostenible.</w:t>
      </w:r>
    </w:p>
    <w:p w14:paraId="15F468F8" w14:textId="77777777" w:rsidR="00BF637F" w:rsidRPr="009572A9" w:rsidRDefault="00BF637F" w:rsidP="00BF637F">
      <w:pPr>
        <w:rPr>
          <w:sz w:val="28"/>
          <w:szCs w:val="28"/>
          <w:lang w:val="es-ES"/>
        </w:rPr>
      </w:pPr>
      <w:r w:rsidRPr="009572A9">
        <w:rPr>
          <w:b/>
          <w:sz w:val="28"/>
          <w:szCs w:val="28"/>
          <w:lang w:val="es-ES"/>
        </w:rPr>
        <w:t>Agradecimientos</w:t>
      </w:r>
    </w:p>
    <w:p w14:paraId="159CFC74" w14:textId="630F2DC6" w:rsidR="00C0035A" w:rsidRPr="00C0035A" w:rsidRDefault="00C0035A" w:rsidP="00BF637F">
      <w:pPr>
        <w:rPr>
          <w:sz w:val="22"/>
          <w:lang w:val="es-ES"/>
        </w:rPr>
      </w:pPr>
      <w:r w:rsidRPr="00C0035A">
        <w:rPr>
          <w:sz w:val="22"/>
          <w:lang w:val="es-ES"/>
        </w:rPr>
        <w:t>Redacte sus agradecimientos.</w:t>
      </w:r>
    </w:p>
    <w:p w14:paraId="2C64B98D" w14:textId="77777777" w:rsidR="00C3510A" w:rsidRPr="009572A9" w:rsidRDefault="00C3510A" w:rsidP="00C3510A">
      <w:pPr>
        <w:rPr>
          <w:sz w:val="28"/>
          <w:szCs w:val="28"/>
          <w:lang w:val="es-ES"/>
        </w:rPr>
      </w:pPr>
      <w:r w:rsidRPr="009572A9">
        <w:rPr>
          <w:b/>
          <w:sz w:val="28"/>
          <w:szCs w:val="28"/>
          <w:lang w:val="es-ES"/>
        </w:rPr>
        <w:t>Conflictos de interés</w:t>
      </w:r>
    </w:p>
    <w:p w14:paraId="2575D275" w14:textId="4003E4E0" w:rsidR="00C0035A" w:rsidRPr="00C0035A" w:rsidRDefault="00C0035A" w:rsidP="00C3510A">
      <w:pPr>
        <w:rPr>
          <w:sz w:val="22"/>
          <w:lang w:val="es-ES"/>
        </w:rPr>
      </w:pPr>
      <w:r w:rsidRPr="00C0035A">
        <w:rPr>
          <w:sz w:val="22"/>
          <w:lang w:val="es-ES"/>
        </w:rPr>
        <w:t>Señale si presenta o no conflictos de interés.</w:t>
      </w:r>
    </w:p>
    <w:p w14:paraId="4025A98E" w14:textId="77777777" w:rsidR="00830AB2" w:rsidRPr="009572A9" w:rsidRDefault="00000000">
      <w:pPr>
        <w:rPr>
          <w:sz w:val="28"/>
          <w:szCs w:val="28"/>
          <w:lang w:val="es-ES"/>
        </w:rPr>
      </w:pPr>
      <w:r w:rsidRPr="009572A9">
        <w:rPr>
          <w:b/>
          <w:sz w:val="28"/>
          <w:szCs w:val="28"/>
          <w:lang w:val="es-ES"/>
        </w:rPr>
        <w:t>Referencias</w:t>
      </w:r>
    </w:p>
    <w:p w14:paraId="6E25BDDC" w14:textId="4BB38C35" w:rsidR="00C0035A" w:rsidRPr="00C0035A" w:rsidRDefault="00C0035A" w:rsidP="00274B85">
      <w:pPr>
        <w:pStyle w:val="Prrafodelista"/>
        <w:numPr>
          <w:ilvl w:val="0"/>
          <w:numId w:val="10"/>
        </w:numPr>
        <w:jc w:val="both"/>
        <w:rPr>
          <w:sz w:val="22"/>
          <w:lang w:val="es-ES"/>
        </w:rPr>
      </w:pPr>
      <w:r w:rsidRPr="00066D23">
        <w:rPr>
          <w:lang w:val="es-ES"/>
        </w:rPr>
        <w:t>Autor, A., Autor, B.</w:t>
      </w:r>
      <w:r>
        <w:rPr>
          <w:lang w:val="es-ES"/>
        </w:rPr>
        <w:t xml:space="preserve"> (2026).</w:t>
      </w:r>
      <w:r w:rsidRPr="00066D23">
        <w:rPr>
          <w:lang w:val="es-ES"/>
        </w:rPr>
        <w:t xml:space="preserve"> Título del artículo. Nombre Revista, 1(1), 1–10.</w:t>
      </w:r>
    </w:p>
    <w:p w14:paraId="4C4C2930" w14:textId="04233AC5" w:rsidR="00C0035A" w:rsidRPr="00C0035A" w:rsidRDefault="00C0035A" w:rsidP="00274B85">
      <w:pPr>
        <w:pStyle w:val="Prrafodelista"/>
        <w:numPr>
          <w:ilvl w:val="0"/>
          <w:numId w:val="10"/>
        </w:numPr>
        <w:jc w:val="both"/>
        <w:rPr>
          <w:sz w:val="22"/>
          <w:lang w:val="es-ES"/>
        </w:rPr>
      </w:pPr>
      <w:r w:rsidRPr="00066D23">
        <w:rPr>
          <w:lang w:val="es-ES"/>
        </w:rPr>
        <w:t>Autor, A.</w:t>
      </w:r>
      <w:r>
        <w:rPr>
          <w:lang w:val="es-ES"/>
        </w:rPr>
        <w:t xml:space="preserve"> (2026).</w:t>
      </w:r>
      <w:r w:rsidRPr="00066D23">
        <w:rPr>
          <w:lang w:val="es-ES"/>
        </w:rPr>
        <w:t xml:space="preserve"> Título de contribución en conferencia. Proceedings del Congreso, pp. 1–5.</w:t>
      </w:r>
    </w:p>
    <w:p w14:paraId="09724D20" w14:textId="6A8E7582" w:rsidR="00C0035A" w:rsidRPr="00C0035A" w:rsidRDefault="00C0035A" w:rsidP="0029009F">
      <w:pPr>
        <w:pStyle w:val="Ttulo1"/>
        <w:rPr>
          <w:sz w:val="22"/>
          <w:lang w:val="es-ES"/>
        </w:rPr>
      </w:pPr>
      <w:r w:rsidRPr="00066D23">
        <w:rPr>
          <w:i/>
          <w:lang w:val="es-ES"/>
        </w:rPr>
        <w:t xml:space="preserve">Instrucciones: Máximo </w:t>
      </w:r>
      <w:r>
        <w:rPr>
          <w:i/>
          <w:lang w:val="es-ES"/>
        </w:rPr>
        <w:t>3</w:t>
      </w:r>
      <w:r w:rsidRPr="00066D23">
        <w:rPr>
          <w:i/>
          <w:lang w:val="es-ES"/>
        </w:rPr>
        <w:t xml:space="preserve"> páginas incluyendo referencias. Se permiten figuras y tablas. El documento debe enviarse en formato </w:t>
      </w:r>
      <w:r>
        <w:rPr>
          <w:i/>
          <w:lang w:val="es-ES"/>
        </w:rPr>
        <w:t>Word</w:t>
      </w:r>
      <w:r w:rsidR="00EC3B68">
        <w:rPr>
          <w:i/>
          <w:lang w:val="es-ES"/>
        </w:rPr>
        <w:t>/Látex</w:t>
      </w:r>
      <w:r>
        <w:rPr>
          <w:i/>
          <w:lang w:val="es-ES"/>
        </w:rPr>
        <w:t xml:space="preserve"> y </w:t>
      </w:r>
      <w:r w:rsidRPr="00066D23">
        <w:rPr>
          <w:i/>
          <w:lang w:val="es-ES"/>
        </w:rPr>
        <w:t xml:space="preserve">PDF. El </w:t>
      </w:r>
      <w:r>
        <w:rPr>
          <w:i/>
          <w:lang w:val="es-ES"/>
        </w:rPr>
        <w:t>trabajo</w:t>
      </w:r>
      <w:r w:rsidRPr="00066D23">
        <w:rPr>
          <w:i/>
          <w:lang w:val="es-ES"/>
        </w:rPr>
        <w:t xml:space="preserve"> puede enviarse en español </w:t>
      </w:r>
      <w:r>
        <w:rPr>
          <w:i/>
          <w:lang w:val="es-ES"/>
        </w:rPr>
        <w:t>ó</w:t>
      </w:r>
      <w:r w:rsidRPr="00066D23">
        <w:rPr>
          <w:i/>
          <w:lang w:val="es-ES"/>
        </w:rPr>
        <w:t xml:space="preserve"> inglés.</w:t>
      </w:r>
      <w:r w:rsidR="00EC3B68">
        <w:rPr>
          <w:i/>
          <w:lang w:val="es-ES"/>
        </w:rPr>
        <w:t xml:space="preserve"> Elimine este texto antes de enviar su trabajo.</w:t>
      </w:r>
    </w:p>
    <w:sectPr w:rsidR="00C0035A" w:rsidRPr="00C0035A" w:rsidSect="00EF702C">
      <w:headerReference w:type="default" r:id="rId9"/>
      <w:footerReference w:type="default" r:id="rId10"/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4ACD5" w14:textId="77777777" w:rsidR="00A028C5" w:rsidRDefault="00A028C5" w:rsidP="00066D23">
      <w:pPr>
        <w:spacing w:after="0" w:line="240" w:lineRule="auto"/>
      </w:pPr>
      <w:r>
        <w:separator/>
      </w:r>
    </w:p>
  </w:endnote>
  <w:endnote w:type="continuationSeparator" w:id="0">
    <w:p w14:paraId="373AD3F0" w14:textId="77777777" w:rsidR="00A028C5" w:rsidRDefault="00A028C5" w:rsidP="00066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61845" w14:textId="67E068D5" w:rsidR="009572A9" w:rsidRPr="00FB2C5E" w:rsidRDefault="00EF702C" w:rsidP="00FB2C5E">
    <w:pPr>
      <w:pStyle w:val="Piedepgina"/>
      <w:tabs>
        <w:tab w:val="clear" w:pos="4680"/>
        <w:tab w:val="clear" w:pos="9360"/>
      </w:tabs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  <w:lang w:val="es-ES"/>
      </w:rPr>
      <w:t>2</w:t>
    </w:r>
    <w:r>
      <w:rPr>
        <w:caps/>
        <w:color w:val="4F81BD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038BD" w14:textId="77777777" w:rsidR="00A028C5" w:rsidRDefault="00A028C5" w:rsidP="00066D23">
      <w:pPr>
        <w:spacing w:after="0" w:line="240" w:lineRule="auto"/>
      </w:pPr>
      <w:r>
        <w:separator/>
      </w:r>
    </w:p>
  </w:footnote>
  <w:footnote w:type="continuationSeparator" w:id="0">
    <w:p w14:paraId="61C63788" w14:textId="77777777" w:rsidR="00A028C5" w:rsidRDefault="00A028C5" w:rsidP="00066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86E04" w14:textId="1DB840BF" w:rsidR="00850982" w:rsidRDefault="00FB2C5E" w:rsidP="00850982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60288" behindDoc="1" locked="0" layoutInCell="1" allowOverlap="1" wp14:anchorId="414D1E81" wp14:editId="506CF283">
          <wp:simplePos x="0" y="0"/>
          <wp:positionH relativeFrom="margin">
            <wp:posOffset>160020</wp:posOffset>
          </wp:positionH>
          <wp:positionV relativeFrom="paragraph">
            <wp:posOffset>-296476</wp:posOffset>
          </wp:positionV>
          <wp:extent cx="1718945" cy="574675"/>
          <wp:effectExtent l="0" t="0" r="0" b="0"/>
          <wp:wrapTopAndBottom/>
          <wp:docPr id="128901105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508019" name="Imagen 9475080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8945" cy="57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6192" behindDoc="0" locked="0" layoutInCell="1" allowOverlap="1" wp14:anchorId="08C0A9B7" wp14:editId="24A39A8B">
          <wp:simplePos x="0" y="0"/>
          <wp:positionH relativeFrom="margin">
            <wp:posOffset>4288706</wp:posOffset>
          </wp:positionH>
          <wp:positionV relativeFrom="paragraph">
            <wp:posOffset>-246380</wp:posOffset>
          </wp:positionV>
          <wp:extent cx="2024062" cy="354132"/>
          <wp:effectExtent l="0" t="0" r="0" b="8255"/>
          <wp:wrapNone/>
          <wp:docPr id="59193015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062" cy="3541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0982">
      <w:rPr>
        <w:lang w:val="es-ES"/>
      </w:rPr>
      <w:t xml:space="preserve"> </w:t>
    </w:r>
  </w:p>
  <w:p w14:paraId="591FE817" w14:textId="79905E8E" w:rsidR="00850982" w:rsidRDefault="00850982" w:rsidP="00850982">
    <w:pPr>
      <w:pStyle w:val="Encabezado"/>
      <w:rPr>
        <w:lang w:val="es-ES"/>
      </w:rPr>
    </w:pPr>
    <w:r>
      <w:rPr>
        <w:noProof/>
        <w:lang w:val="es-ES"/>
      </w:rPr>
      <w:drawing>
        <wp:inline distT="0" distB="0" distL="0" distR="0" wp14:anchorId="59673897" wp14:editId="6B4ABEB0">
          <wp:extent cx="8801100" cy="7981950"/>
          <wp:effectExtent l="0" t="0" r="0" b="0"/>
          <wp:docPr id="2091229874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1100" cy="798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/>
      </w:rPr>
      <w:drawing>
        <wp:inline distT="0" distB="0" distL="0" distR="0" wp14:anchorId="7D0FE326" wp14:editId="2286FA1E">
          <wp:extent cx="7559675" cy="6858635"/>
          <wp:effectExtent l="0" t="0" r="3175" b="0"/>
          <wp:docPr id="134967306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685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38F8DF" w14:textId="52C7E16D" w:rsidR="009572A9" w:rsidRDefault="00850982" w:rsidP="00850982">
    <w:pPr>
      <w:pStyle w:val="Encabezado"/>
      <w:rPr>
        <w:lang w:val="es-ES"/>
      </w:rPr>
    </w:pPr>
    <w:r>
      <w:rPr>
        <w:noProof/>
        <w:lang w:val="es-ES"/>
      </w:rPr>
      <w:drawing>
        <wp:inline distT="0" distB="0" distL="0" distR="0" wp14:anchorId="0711A7B4" wp14:editId="6D2217FF">
          <wp:extent cx="7559675" cy="6858635"/>
          <wp:effectExtent l="0" t="0" r="3175" b="0"/>
          <wp:docPr id="1445611860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685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/>
      </w:rPr>
      <w:drawing>
        <wp:inline distT="0" distB="0" distL="0" distR="0" wp14:anchorId="5F0723E4" wp14:editId="7154FEBF">
          <wp:extent cx="7559675" cy="6858635"/>
          <wp:effectExtent l="0" t="0" r="3175" b="0"/>
          <wp:docPr id="1206179100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685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50982">
      <w:rPr>
        <w:noProof/>
      </w:rPr>
      <w:drawing>
        <wp:inline distT="0" distB="0" distL="0" distR="0" wp14:anchorId="38F40AE2" wp14:editId="011DA0D2">
          <wp:extent cx="6477000" cy="5874385"/>
          <wp:effectExtent l="0" t="0" r="0" b="0"/>
          <wp:docPr id="524218914" name="Imagen 6">
            <a:extLst xmlns:a="http://schemas.openxmlformats.org/drawingml/2006/main">
              <a:ext uri="{FF2B5EF4-FFF2-40B4-BE49-F238E27FC236}">
                <a16:creationId xmlns:a16="http://schemas.microsoft.com/office/drawing/2014/main" id="{8C3649AB-D5A5-CE1D-F31C-E0CEE312D31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6">
                    <a:extLst>
                      <a:ext uri="{FF2B5EF4-FFF2-40B4-BE49-F238E27FC236}">
                        <a16:creationId xmlns:a16="http://schemas.microsoft.com/office/drawing/2014/main" id="{8C3649AB-D5A5-CE1D-F31C-E0CEE312D31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6477000" cy="587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s-ES"/>
      </w:rPr>
      <w:drawing>
        <wp:inline distT="0" distB="0" distL="0" distR="0" wp14:anchorId="7EDFC797" wp14:editId="0F705729">
          <wp:extent cx="5867702" cy="5321573"/>
          <wp:effectExtent l="0" t="0" r="0" b="0"/>
          <wp:docPr id="201932661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971226" name="Imagen 683971226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5867702" cy="532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s-ES"/>
      </w:rPr>
      <w:drawing>
        <wp:inline distT="0" distB="0" distL="0" distR="0" wp14:anchorId="011D9E0C" wp14:editId="3696AFE4">
          <wp:extent cx="5867702" cy="5321573"/>
          <wp:effectExtent l="0" t="0" r="0" b="0"/>
          <wp:docPr id="1378877778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997076" name="Imagen 390997076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5867702" cy="532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78A689" w14:textId="20A07F8A" w:rsidR="008062EE" w:rsidRPr="009572A9" w:rsidRDefault="00D73718" w:rsidP="008062EE">
    <w:pPr>
      <w:pStyle w:val="Encabezado"/>
      <w:rPr>
        <w:i/>
        <w:iCs/>
        <w:lang w:val="es-ES"/>
      </w:rPr>
    </w:pPr>
    <w:r>
      <w:rPr>
        <w:lang w:val="es-ES"/>
      </w:rPr>
      <w:t xml:space="preserve">                          </w:t>
    </w:r>
    <w:r w:rsidR="00E40D07">
      <w:rPr>
        <w:lang w:val="es-ES"/>
      </w:rPr>
      <w:tab/>
    </w:r>
    <w:r w:rsidR="00E40D07">
      <w:rPr>
        <w:lang w:val="es-ES"/>
      </w:rPr>
      <w:tab/>
    </w:r>
    <w:r w:rsidR="00E40D07">
      <w:rPr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DC719AE"/>
    <w:multiLevelType w:val="hybridMultilevel"/>
    <w:tmpl w:val="B6CC251C"/>
    <w:lvl w:ilvl="0" w:tplc="A92CA03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097740">
    <w:abstractNumId w:val="8"/>
  </w:num>
  <w:num w:numId="2" w16cid:durableId="1903951881">
    <w:abstractNumId w:val="6"/>
  </w:num>
  <w:num w:numId="3" w16cid:durableId="1879197124">
    <w:abstractNumId w:val="5"/>
  </w:num>
  <w:num w:numId="4" w16cid:durableId="1029065365">
    <w:abstractNumId w:val="4"/>
  </w:num>
  <w:num w:numId="5" w16cid:durableId="1018434883">
    <w:abstractNumId w:val="7"/>
  </w:num>
  <w:num w:numId="6" w16cid:durableId="998537025">
    <w:abstractNumId w:val="3"/>
  </w:num>
  <w:num w:numId="7" w16cid:durableId="382220442">
    <w:abstractNumId w:val="2"/>
  </w:num>
  <w:num w:numId="8" w16cid:durableId="327249972">
    <w:abstractNumId w:val="1"/>
  </w:num>
  <w:num w:numId="9" w16cid:durableId="376668059">
    <w:abstractNumId w:val="0"/>
  </w:num>
  <w:num w:numId="10" w16cid:durableId="15754291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defaultTabStop w:val="720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6D23"/>
    <w:rsid w:val="000D3C2E"/>
    <w:rsid w:val="00111E63"/>
    <w:rsid w:val="00121BF0"/>
    <w:rsid w:val="0015074B"/>
    <w:rsid w:val="001764C3"/>
    <w:rsid w:val="001810DC"/>
    <w:rsid w:val="00196752"/>
    <w:rsid w:val="002642D3"/>
    <w:rsid w:val="00274B85"/>
    <w:rsid w:val="0029009F"/>
    <w:rsid w:val="0029639D"/>
    <w:rsid w:val="002D04F8"/>
    <w:rsid w:val="00326F90"/>
    <w:rsid w:val="00344DEE"/>
    <w:rsid w:val="003E5001"/>
    <w:rsid w:val="00413FEF"/>
    <w:rsid w:val="00441BCE"/>
    <w:rsid w:val="00497A54"/>
    <w:rsid w:val="004F4910"/>
    <w:rsid w:val="005B5FB4"/>
    <w:rsid w:val="007007BB"/>
    <w:rsid w:val="00766E8B"/>
    <w:rsid w:val="007E7C53"/>
    <w:rsid w:val="008062EE"/>
    <w:rsid w:val="00830AB2"/>
    <w:rsid w:val="00850982"/>
    <w:rsid w:val="008B38C9"/>
    <w:rsid w:val="0092124D"/>
    <w:rsid w:val="009551C1"/>
    <w:rsid w:val="009572A9"/>
    <w:rsid w:val="009B2391"/>
    <w:rsid w:val="009F3A58"/>
    <w:rsid w:val="00A028C5"/>
    <w:rsid w:val="00A66619"/>
    <w:rsid w:val="00A81A20"/>
    <w:rsid w:val="00A96954"/>
    <w:rsid w:val="00AA1D8D"/>
    <w:rsid w:val="00B47730"/>
    <w:rsid w:val="00BF637F"/>
    <w:rsid w:val="00C0035A"/>
    <w:rsid w:val="00C3510A"/>
    <w:rsid w:val="00CB0664"/>
    <w:rsid w:val="00D73718"/>
    <w:rsid w:val="00D80385"/>
    <w:rsid w:val="00E1263B"/>
    <w:rsid w:val="00E40D07"/>
    <w:rsid w:val="00E538C5"/>
    <w:rsid w:val="00EC116F"/>
    <w:rsid w:val="00EC3B68"/>
    <w:rsid w:val="00EF702C"/>
    <w:rsid w:val="00F32C66"/>
    <w:rsid w:val="00FB2C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2"/>
    </o:shapelayout>
  </w:shapeDefaults>
  <w:decimalSymbol w:val=","/>
  <w:listSeparator w:val=";"/>
  <w14:docId w14:val="6CCEBC18"/>
  <w14:defaultImageDpi w14:val="300"/>
  <w15:docId w15:val="{D980077F-9562-461F-B4DA-209A5DDC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autoRedefine/>
    <w:uiPriority w:val="35"/>
    <w:unhideWhenUsed/>
    <w:qFormat/>
    <w:rsid w:val="009572A9"/>
    <w:pPr>
      <w:keepNext/>
      <w:spacing w:line="240" w:lineRule="auto"/>
      <w:jc w:val="center"/>
    </w:pPr>
    <w:rPr>
      <w:bCs/>
      <w:szCs w:val="20"/>
      <w:lang w:val="es-ES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398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Paula Rojas Alvarado</cp:lastModifiedBy>
  <cp:revision>5</cp:revision>
  <dcterms:created xsi:type="dcterms:W3CDTF">2026-07-09T18:10:00Z</dcterms:created>
  <dcterms:modified xsi:type="dcterms:W3CDTF">2026-07-10T19:43:00Z</dcterms:modified>
  <cp:category/>
</cp:coreProperties>
</file>